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COPYRIGHT INFRINGEMENT NOTICE (DMCA TAKEDOWN)</w:t>
      </w:r>
    </w:p>
    <w:p>
      <w:r>
        <w:t>[Your Name]</w:t>
      </w:r>
    </w:p>
    <w:p>
      <w:r>
        <w:t>[Your Address]</w:t>
      </w:r>
    </w:p>
    <w:p>
      <w:r>
        <w:t>[City, State ZIP]</w:t>
      </w:r>
    </w:p>
    <w:p>
      <w:r>
        <w:t>[Email] · [Phone]</w:t>
      </w:r>
    </w:p>
    <w:p/>
    <w:p>
      <w:r>
        <w:t>Date: [Date]</w:t>
      </w:r>
    </w:p>
    <w:p/>
    <w:p>
      <w:r>
        <w:t>To: [Recipient / Company Name]</w:t>
      </w:r>
    </w:p>
    <w:p>
      <w:r>
        <w:t>[Recipient Address]</w:t>
      </w:r>
    </w:p>
    <w:p>
      <w:r>
        <w:t>[City, State ZIP]</w:t>
      </w:r>
    </w:p>
    <w:p/>
    <w:p>
      <w:r>
        <w:rPr>
          <w:b/>
        </w:rPr>
        <w:t>Re: Unauthorized Use of Copyrighted Work — DMCA Notice under 17 U.S.C. § 512(c)</w:t>
      </w:r>
    </w:p>
    <w:p/>
    <w:p>
      <w:r>
        <w:t>I am the owner (or authorized representative of the owner) of the copyrighted work described below. I am providing this notice under the Digital Millennium Copyright Act, 17 U.S.C. § 512(c), to request the immediate removal of infringing material.</w:t>
      </w:r>
    </w:p>
    <w:p>
      <w:pPr>
        <w:pStyle w:val="Heading2"/>
      </w:pPr>
      <w:r>
        <w:t>1. Identification of the Copyrighted Work</w:t>
      </w:r>
    </w:p>
    <w:p>
      <w:pPr>
        <w:pStyle w:val="ListBullet"/>
      </w:pPr>
      <w:r>
        <w:t>Title of work: [Title]</w:t>
      </w:r>
    </w:p>
    <w:p>
      <w:pPr>
        <w:pStyle w:val="ListBullet"/>
      </w:pPr>
      <w:r>
        <w:t>Type of work: [photograph / article / video / music / software / illustration / other]</w:t>
      </w:r>
    </w:p>
    <w:p>
      <w:pPr>
        <w:pStyle w:val="ListBullet"/>
      </w:pPr>
      <w:r>
        <w:t>Date of creation / publication: [Date]</w:t>
      </w:r>
    </w:p>
    <w:p>
      <w:pPr>
        <w:pStyle w:val="ListBullet"/>
      </w:pPr>
      <w:r>
        <w:t>Original location (URL, if any): [URL]</w:t>
      </w:r>
    </w:p>
    <w:p>
      <w:pPr>
        <w:pStyle w:val="ListBullet"/>
      </w:pPr>
      <w:r>
        <w:t>Registration No. (if registered with the U.S. Copyright Office): [Reg. No.]</w:t>
      </w:r>
    </w:p>
    <w:p>
      <w:pPr>
        <w:pStyle w:val="Heading2"/>
      </w:pPr>
      <w:r>
        <w:t>2. Identification of the Infringing Material</w:t>
      </w:r>
    </w:p>
    <w:p>
      <w:r>
        <w:t>The material that infringes my copyright is located at the following URL(s):</w:t>
      </w:r>
    </w:p>
    <w:p>
      <w:pPr>
        <w:pStyle w:val="ListBullet"/>
      </w:pPr>
      <w:r>
        <w:t>[Exact URL of the infringing content]</w:t>
      </w:r>
    </w:p>
    <w:p>
      <w:pPr>
        <w:pStyle w:val="ListBullet"/>
      </w:pPr>
      <w:r>
        <w:t>[Additional URL, if applicable]</w:t>
      </w:r>
    </w:p>
    <w:p>
      <w:pPr>
        <w:pStyle w:val="Heading2"/>
      </w:pPr>
      <w:r>
        <w:t>3. Contact Information</w:t>
      </w:r>
    </w:p>
    <w:p>
      <w:r>
        <w:t>Name: [Your Name]  ·  Address: [Address]  ·  Email: [Email]  ·  Phone: [Phone]</w:t>
      </w:r>
    </w:p>
    <w:p>
      <w:pPr>
        <w:pStyle w:val="Heading2"/>
      </w:pPr>
      <w:r>
        <w:t>4. Good-Faith Statement</w:t>
      </w:r>
    </w:p>
    <w:p>
      <w:r>
        <w:t>I have a good-faith belief that the use of the material identified above is not authorized by me, my agent, or the law.</w:t>
      </w:r>
    </w:p>
    <w:p>
      <w:pPr>
        <w:pStyle w:val="Heading2"/>
      </w:pPr>
      <w:r>
        <w:t>5. Statement of Accuracy and Authority</w:t>
      </w:r>
    </w:p>
    <w:p>
      <w:r>
        <w:t>I swear, under penalty of perjury, that the information in this notice is accurate and that I am the copyright owner, or am authorized to act on behalf of the copyright owner, of the exclusive right that is allegedly infringed.</w:t>
      </w:r>
    </w:p>
    <w:p>
      <w:pPr>
        <w:pStyle w:val="Heading2"/>
      </w:pPr>
      <w:r>
        <w:t>6. Demand</w:t>
      </w:r>
    </w:p>
    <w:p>
      <w:r>
        <w:t>I demand that you remove or disable access to the infringing material within the time required by 17 U.S.C. § 512(c) and confirm removal in writing. If you are not the service provider hosting this material, please forward this notice to the appropriate DMCA agent.</w:t>
      </w:r>
    </w:p>
    <w:p/>
    <w:p>
      <w:r>
        <w:t>Signed: ______________________________</w:t>
      </w:r>
    </w:p>
    <w:p>
      <w:r>
        <w:t>[Your Name]</w:t>
      </w:r>
    </w:p>
    <w:p>
      <w:r>
        <w:t>Date: [Date]</w:t>
      </w:r>
    </w:p>
    <w:p/>
    <w:p>
      <w:r>
        <w:t>This template is provided for informational purposes only and does not constitute legal advice. Consult a licensed attorney about your specific situation.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