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NOTICE OF DEFAMATION AND DEMAND FOR RETRACTION</w:t>
      </w:r>
    </w:p>
    <w:p>
      <w:r>
        <w:t>[Your Name]</w:t>
      </w:r>
    </w:p>
    <w:p>
      <w:r>
        <w:t>[Your Address]</w:t>
      </w:r>
    </w:p>
    <w:p>
      <w:r>
        <w:t>[City, State ZIP]</w:t>
      </w:r>
    </w:p>
    <w:p>
      <w:r>
        <w:t>[Email] · [Phone]</w:t>
      </w:r>
    </w:p>
    <w:p/>
    <w:p>
      <w:r>
        <w:t>Date: [Date]</w:t>
      </w:r>
    </w:p>
    <w:p/>
    <w:p>
      <w:r>
        <w:t>To: [Recipient / Company Name]</w:t>
      </w:r>
    </w:p>
    <w:p>
      <w:r>
        <w:t>[Recipient Address]</w:t>
      </w:r>
    </w:p>
    <w:p>
      <w:r>
        <w:t>[City, State ZIP]</w:t>
      </w:r>
    </w:p>
    <w:p/>
    <w:p>
      <w:r>
        <w:rPr>
          <w:b/>
        </w:rPr>
        <w:t>Re: Defamatory Statements Published on [Date/Platform]</w:t>
      </w:r>
    </w:p>
    <w:p/>
    <w:p>
      <w:r>
        <w:t>This letter constitutes formal notice that you have published false and defamatory statements of fact concerning me/[Company Name]. This notice also serves as a demand for retraction under any applicable state retraction statute.</w:t>
      </w:r>
    </w:p>
    <w:p>
      <w:pPr>
        <w:pStyle w:val="Heading2"/>
      </w:pPr>
      <w:r>
        <w:t>The Defamatory Statements</w:t>
      </w:r>
    </w:p>
    <w:p>
      <w:r>
        <w:t>On or about [Date], you published the following statement(s) on [platform, URL, or publication]:</w:t>
      </w:r>
    </w:p>
    <w:p>
      <w:pPr>
        <w:pStyle w:val="ListBullet"/>
      </w:pPr>
      <w:r>
        <w:t>"[Quote the statement verbatim]"</w:t>
      </w:r>
    </w:p>
    <w:p>
      <w:pPr>
        <w:pStyle w:val="ListBullet"/>
      </w:pPr>
      <w:r>
        <w:t>"[Quote any additional statement]"</w:t>
      </w:r>
    </w:p>
    <w:p>
      <w:r>
        <w:t>These statements are false. In truth: [state the true facts, with supporting evidence available on request].</w:t>
      </w:r>
    </w:p>
    <w:p>
      <w:pPr>
        <w:pStyle w:val="Heading2"/>
      </w:pPr>
      <w:r>
        <w:t>Harm</w:t>
      </w:r>
    </w:p>
    <w:p>
      <w:r>
        <w:t>The statements were made to third parties who understood them to refer to me/[Company]. They have caused, and continue to cause, harm to my reputation, business relationships, and livelihood, including [lost customers, canceled contracts, emotional distress — describe]. Because the statements accuse me of [criminal conduct / professional misconduct / a loathsome condition / dishonesty in trade], they constitute defamation per se and are actionable without proof of special damages.</w:t>
      </w:r>
    </w:p>
    <w:p>
      <w:pPr>
        <w:pStyle w:val="Heading2"/>
      </w:pPr>
      <w:r>
        <w:t>Demand</w:t>
      </w:r>
    </w:p>
    <w:p>
      <w:r>
        <w:t>I demand that within seven (7) days of the date of this letter, you:</w:t>
      </w:r>
    </w:p>
    <w:p>
      <w:pPr>
        <w:pStyle w:val="ListBullet"/>
      </w:pPr>
      <w:r>
        <w:t>Remove the defamatory statements from every platform where they appear;</w:t>
      </w:r>
    </w:p>
    <w:p>
      <w:pPr>
        <w:pStyle w:val="ListBullet"/>
      </w:pPr>
      <w:r>
        <w:t>Publish a full retraction and correction with the same prominence as the original;</w:t>
      </w:r>
    </w:p>
    <w:p>
      <w:pPr>
        <w:pStyle w:val="ListBullet"/>
      </w:pPr>
      <w:r>
        <w:t>Refrain from republishing the statements or any substantially similar statement; and</w:t>
      </w:r>
    </w:p>
    <w:p>
      <w:pPr>
        <w:pStyle w:val="ListBullet"/>
      </w:pPr>
      <w:r>
        <w:t>Preserve all documents, communications, drafts, and metadata related to the statements — this letter is a formal litigation hold notice.</w:t>
      </w:r>
    </w:p>
    <w:p>
      <w:pPr>
        <w:pStyle w:val="Heading2"/>
      </w:pPr>
      <w:r>
        <w:t>Reservation of Rights</w:t>
      </w:r>
    </w:p>
    <w:p>
      <w:r>
        <w:t>If you fail to comply, I will pursue all legal remedies available, including a civil action for defamation, defamation per se, false light, and tortious interference, and will seek compensatory damages, punitive damages, injunctive relief, and attorneys' fees where available. All rights and remedies are expressly reserved.</w:t>
      </w:r>
    </w:p>
    <w:p/>
    <w:p>
      <w:r>
        <w:t>Sincerely,</w:t>
      </w:r>
    </w:p>
    <w:p/>
    <w:p>
      <w:r>
        <w:t>[Your Name]</w:t>
      </w:r>
    </w:p>
    <w:p/>
    <w:p>
      <w:r>
        <w:t>This template is provided for informational purposes only and does not constitute legal advice. Consult a licensed attorney about your specific situation.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