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AVISO DE INFRACCIÓN DE MARCA</w:t>
      </w:r>
    </w:p>
    <w:p>
      <w:r>
        <w:t>[Su Nombre]</w:t>
      </w:r>
    </w:p>
    <w:p>
      <w:r>
        <w:t>[Su Dirección]</w:t>
      </w:r>
    </w:p>
    <w:p>
      <w:r>
        <w:t>[Ciudad, Estado, Código Postal]</w:t>
      </w:r>
    </w:p>
    <w:p>
      <w:r>
        <w:t>[Correo] · [Teléfono]</w:t>
      </w:r>
    </w:p>
    <w:p/>
    <w:p>
      <w:r>
        <w:t>Fecha: [Fecha]</w:t>
      </w:r>
    </w:p>
    <w:p/>
    <w:p>
      <w:r>
        <w:t>Para: [Destinatario / Empresa]</w:t>
      </w:r>
    </w:p>
    <w:p>
      <w:r>
        <w:t>[Dirección del Destinatario]</w:t>
      </w:r>
    </w:p>
    <w:p>
      <w:r>
        <w:t>[Ciudad, Estado, Código Postal]</w:t>
      </w:r>
    </w:p>
    <w:p/>
    <w:p>
      <w:r>
        <w:rPr>
          <w:b/>
        </w:rPr>
        <w:t>Asunto: Uso No Autorizado de la Marca "[MARCA]"</w:t>
      </w:r>
    </w:p>
    <w:p/>
    <w:p>
      <w:r>
        <w:t>Esta carta constituye un aviso formal de que usted está utilizando la marca "[MARCA]" (la "Marca") sin autorización. La Marca es propiedad de [Su Nombre / Empresa] y se ha usado en el comercio en relación con [bienes/servicios] desde [Fecha]. [Estado del registro: p. ej., "La Marca está registrada en la Oficina de Patentes y Marcas de EE. UU. bajo el Registro No. [XXXX,XXX]" O "La Marca está protegida por derechos de derecho común derivados de su uso continuo en el comercio."]</w:t>
      </w:r>
    </w:p>
    <w:p>
      <w:pPr>
        <w:pStyle w:val="Heading2"/>
      </w:pPr>
      <w:r>
        <w:t>Uso Infractor</w:t>
      </w:r>
    </w:p>
    <w:p>
      <w:r>
        <w:t>Hemos documentado su uso de la Marca de la siguiente manera:</w:t>
      </w:r>
    </w:p>
    <w:p>
      <w:pPr>
        <w:pStyle w:val="ListBullet"/>
      </w:pPr>
      <w:r>
        <w:t>[Sitio web / URL donde aparece la Marca]</w:t>
      </w:r>
    </w:p>
    <w:p>
      <w:pPr>
        <w:pStyle w:val="ListBullet"/>
      </w:pPr>
      <w:r>
        <w:t>[Producto, empaque o publicidad en la que aparece la Marca]</w:t>
      </w:r>
    </w:p>
    <w:p>
      <w:pPr>
        <w:pStyle w:val="ListBullet"/>
      </w:pPr>
      <w:r>
        <w:t>[Cuenta de redes sociales, anuncio o listado]</w:t>
      </w:r>
    </w:p>
    <w:p>
      <w:r>
        <w:t>Su uso probablemente cause confusión, error o engaño entre los consumidores en cuanto al origen, patrocinio o afiliación de sus [bienes/servicios] con los nuestros, en violación de la Ley Lanham, 15 U.S.C. § 1114 y § 1125(a), y la ley estatal aplicable.</w:t>
      </w:r>
    </w:p>
    <w:p>
      <w:pPr>
        <w:pStyle w:val="Heading2"/>
      </w:pPr>
      <w:r>
        <w:t>Exigencia</w:t>
      </w:r>
    </w:p>
    <w:p>
      <w:r>
        <w:t>Exigimos que dentro de catorce (14) días a partir de la fecha de esta carta, usted:</w:t>
      </w:r>
    </w:p>
    <w:p>
      <w:pPr>
        <w:pStyle w:val="ListBullet"/>
      </w:pPr>
      <w:r>
        <w:t>Cese inmediata y permanentemente todo uso de la Marca y de cualquier variación confusamente similar;</w:t>
      </w:r>
    </w:p>
    <w:p>
      <w:pPr>
        <w:pStyle w:val="ListBullet"/>
      </w:pPr>
      <w:r>
        <w:t>Retire la Marca de todos los sitios web, tiendas, empaques, publicidad y redes sociales;</w:t>
      </w:r>
    </w:p>
    <w:p>
      <w:pPr>
        <w:pStyle w:val="ListBullet"/>
      </w:pPr>
      <w:r>
        <w:t>Nos transfiera cualquier nombre de dominio, usuario o cuenta que incorpore la Marca;</w:t>
      </w:r>
    </w:p>
    <w:p>
      <w:pPr>
        <w:pStyle w:val="ListBullet"/>
      </w:pPr>
      <w:r>
        <w:t>Nos proporcione confirmación escrita del cumplimiento; y</w:t>
      </w:r>
    </w:p>
    <w:p>
      <w:pPr>
        <w:pStyle w:val="ListBullet"/>
      </w:pPr>
      <w:r>
        <w:t>Rinda cuentas y entregue las ganancias obtenidas del uso infractor.</w:t>
      </w:r>
    </w:p>
    <w:p>
      <w:pPr>
        <w:pStyle w:val="Heading2"/>
      </w:pPr>
      <w:r>
        <w:t>Reserva de Derechos</w:t>
      </w:r>
    </w:p>
    <w:p>
      <w:r>
        <w:t>Si no cumple, ejerceremos todos los recursos legales disponibles, incluidos medidas cautelares, daños monetarios, daños estatutarios, entrega de ganancias y honorarios de abogados bajo 15 U.S.C. § 1117. Nada en esta carta renuncia a derecho o recurso alguno, todos los cuales quedan expresamente reservados.</w:t>
      </w:r>
    </w:p>
    <w:p/>
    <w:p>
      <w:r>
        <w:t>Atentamente,</w:t>
      </w:r>
    </w:p>
    <w:p/>
    <w:p>
      <w:r>
        <w:t>[Su Nombre]</w:t>
      </w:r>
    </w:p>
    <w:p>
      <w:r>
        <w:t>[Cargo, si aplica]</w:t>
      </w:r>
    </w:p>
    <w:p/>
    <w:p>
      <w:r>
        <w:t>Esta plantilla se proporciona solo con fines informativos y no constituye asesoría legal. Consulte a un abogado licenciado sobre su situación específica.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