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AVISO DE INFRACCIÓN DE DERECHOS DE AUTOR (DMCA)</w:t>
      </w:r>
    </w:p>
    <w:p>
      <w:r>
        <w:t>[Su Nombre]</w:t>
      </w:r>
    </w:p>
    <w:p>
      <w:r>
        <w:t>[Su Dirección]</w:t>
      </w:r>
    </w:p>
    <w:p>
      <w:r>
        <w:t>[Ciudad, Estado, Código Postal]</w:t>
      </w:r>
    </w:p>
    <w:p>
      <w:r>
        <w:t>[Correo] · [Teléfono]</w:t>
      </w:r>
    </w:p>
    <w:p/>
    <w:p>
      <w:r>
        <w:t>Fecha: [Fecha]</w:t>
      </w:r>
    </w:p>
    <w:p/>
    <w:p>
      <w:r>
        <w:t>Para: [Destinatario / Empresa]</w:t>
      </w:r>
    </w:p>
    <w:p>
      <w:r>
        <w:t>[Dirección del Destinatario]</w:t>
      </w:r>
    </w:p>
    <w:p>
      <w:r>
        <w:t>[Ciudad, Estado, Código Postal]</w:t>
      </w:r>
    </w:p>
    <w:p/>
    <w:p>
      <w:r>
        <w:rPr>
          <w:b/>
        </w:rPr>
        <w:t>Asunto: Uso No Autorizado de Obra Protegida — Aviso DMCA bajo 17 U.S.C. § 512(c)</w:t>
      </w:r>
    </w:p>
    <w:p/>
    <w:p>
      <w:r>
        <w:t>Soy el titular (o representante autorizado del titular) de la obra protegida por derechos de autor que se describe a continuación. Presento este aviso conforme a la Ley de Derechos de Autor del Milenio Digital, 17 U.S.C. § 512(c), para solicitar la remoción inmediata del material infractor.</w:t>
      </w:r>
    </w:p>
    <w:p>
      <w:pPr>
        <w:pStyle w:val="Heading2"/>
      </w:pPr>
      <w:r>
        <w:t>1. Identificación de la Obra Protegida</w:t>
      </w:r>
    </w:p>
    <w:p>
      <w:pPr>
        <w:pStyle w:val="ListBullet"/>
      </w:pPr>
      <w:r>
        <w:t>Título de la obra: [Título]</w:t>
      </w:r>
    </w:p>
    <w:p>
      <w:pPr>
        <w:pStyle w:val="ListBullet"/>
      </w:pPr>
      <w:r>
        <w:t>Tipo de obra: [fotografía / artículo / video / música / software / ilustración / otro]</w:t>
      </w:r>
    </w:p>
    <w:p>
      <w:pPr>
        <w:pStyle w:val="ListBullet"/>
      </w:pPr>
      <w:r>
        <w:t>Fecha de creación / publicación: [Fecha]</w:t>
      </w:r>
    </w:p>
    <w:p>
      <w:pPr>
        <w:pStyle w:val="ListBullet"/>
      </w:pPr>
      <w:r>
        <w:t>Ubicación original (URL, si aplica): [URL]</w:t>
      </w:r>
    </w:p>
    <w:p>
      <w:pPr>
        <w:pStyle w:val="ListBullet"/>
      </w:pPr>
      <w:r>
        <w:t>No. de registro (si está registrada): [No. de Registro]</w:t>
      </w:r>
    </w:p>
    <w:p>
      <w:pPr>
        <w:pStyle w:val="Heading2"/>
      </w:pPr>
      <w:r>
        <w:t>2. Identificación del Material Infractor</w:t>
      </w:r>
    </w:p>
    <w:p>
      <w:r>
        <w:t>El material que infringe mis derechos se encuentra en el/los siguiente(s) URL:</w:t>
      </w:r>
    </w:p>
    <w:p>
      <w:pPr>
        <w:pStyle w:val="ListBullet"/>
      </w:pPr>
      <w:r>
        <w:t>[URL exacta del contenido infractor]</w:t>
      </w:r>
    </w:p>
    <w:p>
      <w:pPr>
        <w:pStyle w:val="ListBullet"/>
      </w:pPr>
      <w:r>
        <w:t>[URL adicional, si aplica]</w:t>
      </w:r>
    </w:p>
    <w:p>
      <w:pPr>
        <w:pStyle w:val="Heading2"/>
      </w:pPr>
      <w:r>
        <w:t>3. Información de Contacto</w:t>
      </w:r>
    </w:p>
    <w:p>
      <w:r>
        <w:t>Nombre: [Su Nombre]  ·  Dirección: [Dirección]  ·  Correo: [Correo]  ·  Teléfono: [Teléfono]</w:t>
      </w:r>
    </w:p>
    <w:p>
      <w:pPr>
        <w:pStyle w:val="Heading2"/>
      </w:pPr>
      <w:r>
        <w:t>4. Declaración de Buena Fe</w:t>
      </w:r>
    </w:p>
    <w:p>
      <w:r>
        <w:t>Tengo la creencia de buena fe de que el uso del material identificado no está autorizado por mí, mi agente o la ley.</w:t>
      </w:r>
    </w:p>
    <w:p>
      <w:pPr>
        <w:pStyle w:val="Heading2"/>
      </w:pPr>
      <w:r>
        <w:t>5. Declaración de Exactitud y Autoridad</w:t>
      </w:r>
    </w:p>
    <w:p>
      <w:r>
        <w:t>Declaro, bajo pena de perjurio, que la información contenida en este aviso es exacta y que soy el titular de los derechos de autor, o estoy autorizado a actuar en nombre del titular, del derecho exclusivo presuntamente infringido.</w:t>
      </w:r>
    </w:p>
    <w:p>
      <w:pPr>
        <w:pStyle w:val="Heading2"/>
      </w:pPr>
      <w:r>
        <w:t>6. Exigencia</w:t>
      </w:r>
    </w:p>
    <w:p>
      <w:r>
        <w:t>Exijo que remuevan o deshabiliten el acceso al material infractor dentro del plazo requerido por 17 U.S.C. § 512(c) y confirmen la remoción por escrito. Si usted no es el proveedor de servicios que aloja este material, por favor reenvíe este aviso al agente DMCA correspondiente.</w:t>
      </w:r>
    </w:p>
    <w:p/>
    <w:p>
      <w:r>
        <w:t>Firma: ______________________________</w:t>
      </w:r>
    </w:p>
    <w:p>
      <w:r>
        <w:t>[Su Nombre]</w:t>
      </w:r>
    </w:p>
    <w:p>
      <w:r>
        <w:t>Fecha: [Fecha]</w:t>
      </w:r>
    </w:p>
    <w:p/>
    <w:p>
      <w:r>
        <w:t>Esta plantilla se proporciona solo con fines informativos y no constituye asesoría legal. Consulte a un abogado licenciado sobre su situación específica.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