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CESIÓN DE DERECHOS CREATIVOS Y LIBERACIÓN</w:t>
      </w:r>
    </w:p>
    <w:p>
      <w:r>
        <w:t>Esta Cesión de Derechos Creativos y Liberación (el "Contrato") se celebra el [Fecha] por:</w:t>
      </w:r>
    </w:p>
    <w:p>
      <w:r>
        <w:t>[Nombre del Creador], con domicilio en [Dirección] (el "Creador"), y</w:t>
      </w:r>
    </w:p>
    <w:p>
      <w:r>
        <w:t>[Nombre del Destinatario / Empresa], con domicilio en [Dirección] (el "Destinatario").</w:t>
      </w:r>
    </w:p>
    <w:p/>
    <w:p>
      <w:pPr>
        <w:pStyle w:val="Heading2"/>
      </w:pPr>
      <w:r>
        <w:t>1. La Obra</w:t>
      </w:r>
    </w:p>
    <w:p>
      <w:r>
        <w:t>La "Obra" significa el siguiente material creativo: [describa — p. ej., fotografías, ilustraciones, videos, composición musical, contenido escrito, archivos de diseño]. Descripción / archivos identificados en el Anexo A.</w:t>
      </w:r>
    </w:p>
    <w:p>
      <w:pPr>
        <w:pStyle w:val="Heading2"/>
      </w:pPr>
      <w:r>
        <w:t>2. Cesión de Derechos</w:t>
      </w:r>
    </w:p>
    <w:p>
      <w:r>
        <w:t>A cambio de la compensación establecida en la Sección 4, el Creador cede y transfiere de forma irrevocable al Destinatario todos los derechos, título e interés sobre la Obra, incluidos todos los derechos de autor, derechos morales (en la medida en que sean renunciables) y derechos sobre obras derivadas, en todo el universo, a perpetuidad, en todos los medios conocidos o por desarrollarse. Si algún derecho no fuera cedible, el Creador otorga al Destinatario una licencia exclusiva, perpetua, mundial, libre de regalías y sublicenciable para ejercer dicho derecho.</w:t>
      </w:r>
    </w:p>
    <w:p>
      <w:pPr>
        <w:pStyle w:val="Heading2"/>
      </w:pPr>
      <w:r>
        <w:t>3. Liberación de Imagen (si aplica)</w:t>
      </w:r>
    </w:p>
    <w:p>
      <w:r>
        <w:t>Si la Obra contiene el nombre, voz, imagen o semejanza del Creador, este otorga al Destinatario el derecho de usar, reproducir, publicar, distribuir y editar las mismas en relación con la Obra y el negocio del Destinatario, sin compensación adicional, consentimiento ni derecho de inspección.</w:t>
      </w:r>
    </w:p>
    <w:p>
      <w:pPr>
        <w:pStyle w:val="Heading2"/>
      </w:pPr>
      <w:r>
        <w:t>4. Compensación</w:t>
      </w:r>
    </w:p>
    <w:p>
      <w:r>
        <w:t>Como contraprestación por la cesión y liberación, el Destinatario pagará al Creador [$Monto] a más tardar el [Fecha de Pago]. El Creador reconoce que este es el pago total y definitivo.</w:t>
      </w:r>
    </w:p>
    <w:p>
      <w:pPr>
        <w:pStyle w:val="Heading2"/>
      </w:pPr>
      <w:r>
        <w:t>5. Garantías</w:t>
      </w:r>
    </w:p>
    <w:p>
      <w:r>
        <w:t>El Creador garantiza que: (a) es el único autor y titular de la Obra; (b) la Obra es original y no infringe derechos de terceros; (c) tiene plena autoridad para otorgar esta cesión; y (d) no se requiere el consentimiento de ninguna otra persona.</w:t>
      </w:r>
    </w:p>
    <w:p>
      <w:pPr>
        <w:pStyle w:val="Heading2"/>
      </w:pPr>
      <w:r>
        <w:t>6. Crédito (Opcional)</w:t>
      </w:r>
    </w:p>
    <w:p>
      <w:r>
        <w:t>El Destinatario [proporcionará / no proporcionará] el siguiente crédito cuando sea razonablemente posible: "[Línea de crédito, p. ej., 'Foto por [Nombre del Creador]']".</w:t>
      </w:r>
    </w:p>
    <w:p>
      <w:pPr>
        <w:pStyle w:val="Heading2"/>
      </w:pPr>
      <w:r>
        <w:t>7. Disposiciones Generales</w:t>
      </w:r>
    </w:p>
    <w:p>
      <w:r>
        <w:t>Este Contrato se rige por las leyes de [Estado]. Constituye el acuerdo completo entre las partes y solo puede modificarse por escrito firmado por ambas. Si alguna disposición es inejecutable, el resto permanecerá vigente.</w:t>
      </w:r>
    </w:p>
    <w:p/>
    <w:p>
      <w:r>
        <w:t>ACEPTADO Y CONVENIDO:</w:t>
      </w:r>
    </w:p>
    <w:p/>
    <w:p>
      <w:r>
        <w:t>Creador: ________________________________  Fecha: __________</w:t>
      </w:r>
    </w:p>
    <w:p>
      <w:r>
        <w:t>[Nombre]</w:t>
      </w:r>
    </w:p>
    <w:p/>
    <w:p>
      <w:r>
        <w:t>Destinatario: ____________________________  Fecha: __________</w:t>
      </w:r>
    </w:p>
    <w:p>
      <w:r>
        <w:t>[Nombre y Cargo]</w:t>
      </w:r>
    </w:p>
    <w:p/>
    <w:p>
      <w:r>
        <w:rPr>
          <w:b/>
        </w:rPr>
        <w:t>Anexo A — Descripción de la Obra</w:t>
      </w:r>
    </w:p>
    <w:p>
      <w:r>
        <w:t>[Enumere títulos, nombres de archivo, fechas, URLs o adjunte miniaturas.]</w:t>
      </w:r>
    </w:p>
    <w:p/>
    <w:p>
      <w:r>
        <w:t>Esta plantilla se proporciona solo con fines informativos y no constituye asesoría legal. Consulte a un abogado licenciado sobre su situación específica.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