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TRADEMARK INFRINGEMENT WARNING</w:t>
      </w:r>
    </w:p>
    <w:p>
      <w:r>
        <w:t>[Your Name]</w:t>
      </w:r>
    </w:p>
    <w:p>
      <w:r>
        <w:t>[Your Address]</w:t>
      </w:r>
    </w:p>
    <w:p>
      <w:r>
        <w:t>[City, State ZIP]</w:t>
      </w:r>
    </w:p>
    <w:p>
      <w:r>
        <w:t>[Email] · [Phone]</w:t>
      </w:r>
    </w:p>
    <w:p/>
    <w:p>
      <w:r>
        <w:t>Date: [Date]</w:t>
      </w:r>
    </w:p>
    <w:p/>
    <w:p>
      <w:r>
        <w:t>To: [Recipient / Company Name]</w:t>
      </w:r>
    </w:p>
    <w:p>
      <w:r>
        <w:t>[Recipient Address]</w:t>
      </w:r>
    </w:p>
    <w:p>
      <w:r>
        <w:t>[City, State ZIP]</w:t>
      </w:r>
    </w:p>
    <w:p/>
    <w:p>
      <w:r>
        <w:rPr>
          <w:b/>
        </w:rPr>
        <w:t>Re: Unauthorized Use of the [MARK] Trademark</w:t>
      </w:r>
    </w:p>
    <w:p/>
    <w:p>
      <w:r>
        <w:t>This letter serves as formal notice that you are using the trademark "[MARK]" (the "Mark") without authorization. The Mark is owned by [Your Name / Company] and has been used in commerce in connection with [goods/services] since [Date]. [Registration status: e.g., "The Mark is registered with the U.S. Patent and Trademark Office under Reg. No. [XXXX,XXX]" OR "The Mark is protected under common-law rights arising from continuous use in commerce."]</w:t>
      </w:r>
    </w:p>
    <w:p>
      <w:pPr>
        <w:pStyle w:val="Heading2"/>
      </w:pPr>
      <w:r>
        <w:t>Infringing Use</w:t>
      </w:r>
    </w:p>
    <w:p>
      <w:r>
        <w:t>We have documented your use of the Mark in the following manner:</w:t>
      </w:r>
    </w:p>
    <w:p>
      <w:pPr>
        <w:pStyle w:val="ListBullet"/>
      </w:pPr>
      <w:r>
        <w:t>[Website / URL where the Mark appears]</w:t>
      </w:r>
    </w:p>
    <w:p>
      <w:pPr>
        <w:pStyle w:val="ListBullet"/>
      </w:pPr>
      <w:r>
        <w:t>[Product, packaging, or advertising in which the Mark appears]</w:t>
      </w:r>
    </w:p>
    <w:p>
      <w:pPr>
        <w:pStyle w:val="ListBullet"/>
      </w:pPr>
      <w:r>
        <w:t>[Social media handle, ad, or listing]</w:t>
      </w:r>
    </w:p>
    <w:p>
      <w:r>
        <w:t>Your use is likely to cause confusion, mistake, or deception among consumers as to the source, sponsorship, or affiliation of your [goods/services] with ours, in violation of the Lanham Act, 15 U.S.C. § 1114 and § 1125(a), and applicable state law.</w:t>
      </w:r>
    </w:p>
    <w:p>
      <w:pPr>
        <w:pStyle w:val="Heading2"/>
      </w:pPr>
      <w:r>
        <w:t>Demand</w:t>
      </w:r>
    </w:p>
    <w:p>
      <w:r>
        <w:t>We demand that within fourteen (14) days of the date of this letter, you:</w:t>
      </w:r>
    </w:p>
    <w:p>
      <w:pPr>
        <w:pStyle w:val="ListBullet"/>
      </w:pPr>
      <w:r>
        <w:t>Immediately and permanently cease all use of the Mark and any confusingly similar variation;</w:t>
      </w:r>
    </w:p>
    <w:p>
      <w:pPr>
        <w:pStyle w:val="ListBullet"/>
      </w:pPr>
      <w:r>
        <w:t>Remove the Mark from all websites, storefronts, packaging, advertising, and social media;</w:t>
      </w:r>
    </w:p>
    <w:p>
      <w:pPr>
        <w:pStyle w:val="ListBullet"/>
      </w:pPr>
      <w:r>
        <w:t>Transfer to us any domain name, handle, or account that incorporates the Mark;</w:t>
      </w:r>
    </w:p>
    <w:p>
      <w:pPr>
        <w:pStyle w:val="ListBullet"/>
      </w:pPr>
      <w:r>
        <w:t>Provide written confirmation that you have complied with the above; and</w:t>
      </w:r>
    </w:p>
    <w:p>
      <w:pPr>
        <w:pStyle w:val="ListBullet"/>
      </w:pPr>
      <w:r>
        <w:t>Account for and disgorge any profits earned from the infringing use.</w:t>
      </w:r>
    </w:p>
    <w:p>
      <w:pPr>
        <w:pStyle w:val="Heading2"/>
      </w:pPr>
      <w:r>
        <w:t>Reservation of Rights</w:t>
      </w:r>
    </w:p>
    <w:p>
      <w:r>
        <w:t>If you fail to comply, we will pursue all available legal remedies, including injunctive relief, monetary damages, statutory damages, disgorgement of profits, and attorneys' fees under 15 U.S.C. § 1117. Nothing in this letter waives any rights or remedies, all of which are expressly reserved.</w:t>
      </w:r>
    </w:p>
    <w:p/>
    <w:p>
      <w:r>
        <w:t>Sincerely,</w:t>
      </w:r>
    </w:p>
    <w:p/>
    <w:p>
      <w:r>
        <w:t>[Your Name]</w:t>
      </w:r>
    </w:p>
    <w:p>
      <w:r>
        <w:t>[Title, if applicable]</w:t>
      </w:r>
    </w:p>
    <w:p/>
    <w:p>
      <w:r>
        <w:t>This template is provided for informational purposes only and does not constitute legal advice. Consult a licensed attorney about your specific situation.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