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CREATIVE RIGHTS ASSIGNMENT &amp; RELEASE</w:t>
      </w:r>
    </w:p>
    <w:p>
      <w:r>
        <w:t>This Creative Rights Assignment &amp; Release (the "Agreement") is entered into as of [Date] by:</w:t>
      </w:r>
    </w:p>
    <w:p>
      <w:r>
        <w:t>[Creator Name], residing at [Address] (the "Creator"), and</w:t>
      </w:r>
    </w:p>
    <w:p>
      <w:r>
        <w:t>[Recipient Name / Company], with a principal address at [Address] (the "Recipient").</w:t>
      </w:r>
    </w:p>
    <w:p/>
    <w:p>
      <w:pPr>
        <w:pStyle w:val="Heading2"/>
      </w:pPr>
      <w:r>
        <w:t>1. The Work</w:t>
      </w:r>
    </w:p>
    <w:p>
      <w:r>
        <w:t>The "Work" means the following creative material: [describe — e.g., photographs, illustrations, video footage, music composition, written content, design files]. Description / files identified in Exhibit A.</w:t>
      </w:r>
    </w:p>
    <w:p>
      <w:pPr>
        <w:pStyle w:val="Heading2"/>
      </w:pPr>
      <w:r>
        <w:t>2. Assignment of Rights</w:t>
      </w:r>
    </w:p>
    <w:p>
      <w:r>
        <w:t>In exchange for the compensation set forth in Section 4, Creator irrevocably assigns and transfers to Recipient all right, title, and interest in and to the Work, including all copyrights, moral rights (to the extent waivable), and derivative-work rights, throughout the universe, in perpetuity, in all media now known or later developed. If any right is not assignable, Creator grants Recipient an exclusive, perpetual, worldwide, royalty-free, sublicensable license to exercise that right.</w:t>
      </w:r>
    </w:p>
    <w:p>
      <w:pPr>
        <w:pStyle w:val="Heading2"/>
      </w:pPr>
      <w:r>
        <w:t>3. Model / Likeness Release (if applicable)</w:t>
      </w:r>
    </w:p>
    <w:p>
      <w:r>
        <w:t>If the Work contains Creator's name, voice, image, or likeness, Creator grants Recipient the right to use, reproduce, publish, distribute, and edit the same in connection with the Work and Recipient's business, without further compensation, consent, or right of inspection.</w:t>
      </w:r>
    </w:p>
    <w:p>
      <w:pPr>
        <w:pStyle w:val="Heading2"/>
      </w:pPr>
      <w:r>
        <w:t>4. Compensation</w:t>
      </w:r>
    </w:p>
    <w:p>
      <w:r>
        <w:t>In consideration for the assignment and release, Recipient will pay Creator [$Amount] on or before [Payment Date]. Creator acknowledges this is full and final payment.</w:t>
      </w:r>
    </w:p>
    <w:p>
      <w:pPr>
        <w:pStyle w:val="Heading2"/>
      </w:pPr>
      <w:r>
        <w:t>5. Warranties</w:t>
      </w:r>
    </w:p>
    <w:p>
      <w:r>
        <w:t>Creator warrants that: (a) Creator is the sole author and owner of the Work; (b) the Work is original and does not infringe any third-party right; (c) Creator has full authority to grant this assignment; and (d) no other person's consent is required.</w:t>
      </w:r>
    </w:p>
    <w:p>
      <w:pPr>
        <w:pStyle w:val="Heading2"/>
      </w:pPr>
      <w:r>
        <w:t>6. Credit (Optional)</w:t>
      </w:r>
    </w:p>
    <w:p>
      <w:r>
        <w:t>Recipient [will / will not] provide the following credit when reasonably possible: "[Credit line, e.g., 'Photo by [Creator Name]']".</w:t>
      </w:r>
    </w:p>
    <w:p>
      <w:pPr>
        <w:pStyle w:val="Heading2"/>
      </w:pPr>
      <w:r>
        <w:t>7. Miscellaneous</w:t>
      </w:r>
    </w:p>
    <w:p>
      <w:r>
        <w:t>This Agreement is governed by the laws of [State]. It is the entire agreement between the parties and may be modified only in writing signed by both. If any provision is unenforceable, the remainder stays in effect.</w:t>
      </w:r>
    </w:p>
    <w:p/>
    <w:p>
      <w:r>
        <w:t>ACCEPTED AND AGREED:</w:t>
      </w:r>
    </w:p>
    <w:p/>
    <w:p>
      <w:r>
        <w:t>Creator: ________________________________  Date: __________</w:t>
      </w:r>
    </w:p>
    <w:p>
      <w:r>
        <w:t>[Printed Name]</w:t>
      </w:r>
    </w:p>
    <w:p/>
    <w:p>
      <w:r>
        <w:t>Recipient: ______________________________  Date: __________</w:t>
      </w:r>
    </w:p>
    <w:p>
      <w:r>
        <w:t>[Printed Name &amp; Title]</w:t>
      </w:r>
    </w:p>
    <w:p/>
    <w:p>
      <w:r>
        <w:rPr>
          <w:b/>
        </w:rPr>
        <w:t>Exhibit A — Description of the Work</w:t>
      </w:r>
    </w:p>
    <w:p>
      <w:r>
        <w:t>[List titles, file names, dates, URLs, or attach thumbnails.]</w:t>
      </w:r>
    </w:p>
    <w:p/>
    <w:p>
      <w:r>
        <w:t>This template is provided for informational purposes only and does not constitute legal advice. Consult a licensed attorney about your specific situation.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