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AVISO DE DIFAMACIÓN Y EXIGENCIA DE RETRACTACIÓN</w:t>
      </w:r>
    </w:p>
    <w:p>
      <w:r>
        <w:t>[Su Nombre]</w:t>
      </w:r>
    </w:p>
    <w:p>
      <w:r>
        <w:t>[Su Dirección]</w:t>
      </w:r>
    </w:p>
    <w:p>
      <w:r>
        <w:t>[Ciudad, Estado, Código Postal]</w:t>
      </w:r>
    </w:p>
    <w:p>
      <w:r>
        <w:t>[Correo] · [Teléfono]</w:t>
      </w:r>
    </w:p>
    <w:p/>
    <w:p>
      <w:r>
        <w:t>Fecha: [Fecha]</w:t>
      </w:r>
    </w:p>
    <w:p/>
    <w:p>
      <w:r>
        <w:t>Para: [Destinatario / Empresa]</w:t>
      </w:r>
    </w:p>
    <w:p>
      <w:r>
        <w:t>[Dirección del Destinatario]</w:t>
      </w:r>
    </w:p>
    <w:p>
      <w:r>
        <w:t>[Ciudad, Estado, Código Postal]</w:t>
      </w:r>
    </w:p>
    <w:p/>
    <w:p>
      <w:r>
        <w:rPr>
          <w:b/>
        </w:rPr>
        <w:t>Asunto: Declaraciones Difamatorias Publicadas el [Fecha/Plataforma]</w:t>
      </w:r>
    </w:p>
    <w:p/>
    <w:p>
      <w:r>
        <w:t>Esta carta constituye un aviso formal de que usted ha publicado declaraciones fácticas falsas y difamatorias sobre mi persona/[Nombre de la Empresa]. También constituye una exigencia formal de retractación bajo cualquier ley estatal aplicable.</w:t>
      </w:r>
    </w:p>
    <w:p>
      <w:pPr>
        <w:pStyle w:val="Heading2"/>
      </w:pPr>
      <w:r>
        <w:t>Las Declaraciones Difamatorias</w:t>
      </w:r>
    </w:p>
    <w:p>
      <w:r>
        <w:t>El o alrededor del [Fecha], usted publicó la(s) siguiente(s) declaración(es) en [plataforma, URL o publicación]:</w:t>
      </w:r>
    </w:p>
    <w:p>
      <w:pPr>
        <w:pStyle w:val="ListBullet"/>
      </w:pPr>
      <w:r>
        <w:t>"[Cite la declaración textualmente]"</w:t>
      </w:r>
    </w:p>
    <w:p>
      <w:pPr>
        <w:pStyle w:val="ListBullet"/>
      </w:pPr>
      <w:r>
        <w:t>"[Cite cualquier declaración adicional]"</w:t>
      </w:r>
    </w:p>
    <w:p>
      <w:r>
        <w:t>Dichas declaraciones son falsas. En realidad: [indique los hechos verdaderos, con evidencia disponible a solicitud].</w:t>
      </w:r>
    </w:p>
    <w:p>
      <w:pPr>
        <w:pStyle w:val="Heading2"/>
      </w:pPr>
      <w:r>
        <w:t>Daño</w:t>
      </w:r>
    </w:p>
    <w:p>
      <w:r>
        <w:t>Las declaraciones se hicieron a terceros que las entendieron como referidas a mí/[Empresa]. Han causado, y siguen causando, daño a mi reputación, relaciones comerciales y sustento, incluyendo [clientes perdidos, contratos cancelados, angustia emocional — describa]. Debido a que las declaraciones me acusan de [conducta delictiva / falta profesional / deshonestidad comercial], constituyen difamación per se y son procesables sin necesidad de probar daños especiales.</w:t>
      </w:r>
    </w:p>
    <w:p>
      <w:pPr>
        <w:pStyle w:val="Heading2"/>
      </w:pPr>
      <w:r>
        <w:t>Exigencia</w:t>
      </w:r>
    </w:p>
    <w:p>
      <w:r>
        <w:t>Exijo que, dentro de siete (7) días a partir de la fecha de esta carta, usted:</w:t>
      </w:r>
    </w:p>
    <w:p>
      <w:pPr>
        <w:pStyle w:val="ListBullet"/>
      </w:pPr>
      <w:r>
        <w:t>Elimine las declaraciones difamatorias de toda plataforma donde aparezcan;</w:t>
      </w:r>
    </w:p>
    <w:p>
      <w:pPr>
        <w:pStyle w:val="ListBullet"/>
      </w:pPr>
      <w:r>
        <w:t>Publique una retractación y corrección completa con la misma prominencia que la publicación original;</w:t>
      </w:r>
    </w:p>
    <w:p>
      <w:pPr>
        <w:pStyle w:val="ListBullet"/>
      </w:pPr>
      <w:r>
        <w:t>Se abstenga de republicar las declaraciones o cualquier declaración sustancialmente similar; y</w:t>
      </w:r>
    </w:p>
    <w:p>
      <w:pPr>
        <w:pStyle w:val="ListBullet"/>
      </w:pPr>
      <w:r>
        <w:t>Conserve todos los documentos, comunicaciones, borradores y metadatos relacionados con las declaraciones — esta carta constituye un aviso formal de retención de litigio.</w:t>
      </w:r>
    </w:p>
    <w:p>
      <w:pPr>
        <w:pStyle w:val="Heading2"/>
      </w:pPr>
      <w:r>
        <w:t>Reserva de Derechos</w:t>
      </w:r>
    </w:p>
    <w:p>
      <w:r>
        <w:t>Si no cumple, ejerceré todos los recursos legales disponibles, incluyendo una acción civil por difamación, difamación per se, presentación bajo falsa luz e interferencia dolosa, y buscaré daños compensatorios, daños punitivos, medidas cautelares y honorarios de abogados cuando estén disponibles. Todos los derechos y recursos quedan expresamente reservados.</w:t>
      </w:r>
    </w:p>
    <w:p/>
    <w:p>
      <w:r>
        <w:t>Atentamente,</w:t>
      </w:r>
    </w:p>
    <w:p/>
    <w:p>
      <w:r>
        <w:t>[Su Nombre]</w:t>
      </w:r>
    </w:p>
    <w:p/>
    <w:p>
      <w:r>
        <w:t>Esta plantilla se proporciona solo con fines informativos y no constituye asesoría legal. Consulte a un abogado licenciado sobre su situación específica.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